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בסיפור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זיהוי משפטים נכונים ולא נכונים על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ומבינים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הטמפרטורה יורדת ויש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מעיל 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מאפיין מרכזי של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בחורף קר ולובשים בגדים חמים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המטריה חוסמת את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שלוליות נוצרות אחרי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בכותרת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(מים מהשמיים)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(בגד חם)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(מגנה מגשם)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(מים על הרצפה)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(בשמיים לפני הגשם)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ציור ושני משפטים פשוטים הקשורים לחורף, כמו משחק בגשם או שתיית שוקו 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יורד גשם, קר, יש עננים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מהרשימה כמו גשם, מעיל, מטריה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מעיל חם או בגדים חמים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תמר והחורף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בתמונות או עזרים ממשיים כמו מטריה או מעיל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וסיפור קצר על החורף, העונה הקרה שבה יורד גשם ולובשים בגדים חמים.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קוראים ומבינים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הילדה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עונה מתוארת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החורף נקרא עונה 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יורד שלג בכל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הטמפרטורה יורדת ויש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הרבה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כולם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אנשים לובשים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מעיל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כובע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סנדלים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כשיורד גשם צריך לפתוח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בחורף קר ולכן לובשים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הגשם נשארות __________ על הרצפה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בשמיים רואים __________ אפורים לפני הגשם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כשיש __________ חזקה העצים זזים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יורד הרבה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חם מאוד ולובשים בגדי 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מטריה עוזרת להישאר יבשים בגשם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שלוליות נוצרות אחרי ימים חמים וללא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החורף הוא עונה מיוחדת עם צבעים וחוויות משלה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מים על הרצפה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בשמיים לפני 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בגד חם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מגנה מגשם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עננים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מים מהשמיים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וכתבו שני משפטים קצרים על מה שאתם אוהבים לעשות בחורף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בחורף עם מזג האוויר?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הקשורה לחורף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לובשים כשקר בחוץ?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