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משפטים נכונים ולא נכונים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הטמפרטורה יורדת ויש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מעיל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מאפיין מרכזי של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בחורף קר ולובשים בגדים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שלוליות נוצרות אחרי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בכותרת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(בגד 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(מגנה מגשם)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(בשמיים לפני 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ושני משפטים פשוטים הקשורים לחורף, כמו משחק בגשם או שתיית שוקו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יורד גשם, קר, יש עננים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גשם, מעיל,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חם או בגדים חמים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תמר והחורף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עזרים ממשיים כמו מטריה או מעיל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קלות על החורף. החורף קר ויש בו 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קרה עם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מְעִיל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שלובשים 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חם, טמפרטורה נמוכה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עָנָן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לבן או אפור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שְׁלוּלִית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על הרצפה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אוויר שנע ונושב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איזו עונה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החורף נקרא עונה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יורד שלג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הטמפרטורה יורדת ויש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הרבה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כולם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לובשים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סנדלים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גשם צריך לפתוח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קר ולכן לובשים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נשארות __________ על הרצפה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בשמיים רואים __________ אפורים לפני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כשיש __________ חזקה העצים זזים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יורד הרבה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חם מאוד ולובשים בגדי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שלוליות נוצרות אחרי ימים חמים וללא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החורף הוא עונה מיוחדת עם צבעים וחוויות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מגנה מגשם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בגד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בשמיים לפני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מהשמיים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וכתבו שני משפטים קצרים על מה שאתם אוהבים לעשות בחורף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בחורף עם מזג האוויר?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הקשורה לחורף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כשקר בחוץ?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