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משפטים נכונים ולא נכונים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מאפיין מרכזי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בחורף קר ולובשים בגדים 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(בגד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(מגנה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על הרצפה)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ושני משפטים פשוטים הקשורים לחורף, כמו משחק בגשם או שתיית שוקו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 גשם, קר, יש 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גשם, מעיל,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חם או בגדים 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תמר והחורף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עזרים ממשיים כמו מטריה או מעיל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וסיפור קצר על החורף, העונה הקרה שבה יורד גשם ולובשים בגדים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שלוליות  ·  מטריה  ·  מעיל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שם הילדה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עונה מתוארת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כשיורד גשם צריך לפתוח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בחורף קר ולכן לובשים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אחרי הגשם נשארות __________ על הרצפה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יורד הרבה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חם מאוד ולובשים בגדי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בגד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מגנה מגשם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וכתבו שני משפטים קצרים על מה שאתם אוהבים לעשות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בחורף עם מזג האוויר?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הקשורה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